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Holzpergola planen – alle Schritte im Überblick</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Holzpergola im eigenen Garten: Überblick für die Entscheidungsfindung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pergola.de/index.html" TargetMode="External"/><Relationship Id="rId10" Type="http://schemas.openxmlformats.org/officeDocument/2006/relationships/hyperlink" Target="https://dream.spreepergola.de/paket-860c29cab9114dca90d10b1335190997/holzpergola-im-eigenen-garten-berblick-f-r-die-entscheidungsfindung-d6f84f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